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656D0" w14:textId="17B46DBD" w:rsidR="00114496" w:rsidRDefault="00EF3FE6" w:rsidP="00EF3FE6">
      <w:pPr>
        <w:jc w:val="center"/>
      </w:pPr>
      <w:r>
        <w:rPr>
          <w:noProof/>
        </w:rPr>
        <w:drawing>
          <wp:inline distT="0" distB="0" distL="0" distR="0" wp14:anchorId="7FE2BAA2" wp14:editId="66344627">
            <wp:extent cx="4180554" cy="1192530"/>
            <wp:effectExtent l="0" t="0" r="0" b="7620"/>
            <wp:docPr id="1227727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727412" name="Picture 12277274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33998" cy="120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D3983" w14:textId="77777777" w:rsidR="00114496" w:rsidRPr="00EF3FE6" w:rsidRDefault="00B24161">
      <w:pPr>
        <w:spacing w:after="40"/>
        <w:jc w:val="center"/>
        <w:rPr>
          <w:color w:val="EE0000"/>
        </w:rPr>
      </w:pPr>
      <w:r w:rsidRPr="00EF3FE6">
        <w:rPr>
          <w:rFonts w:ascii="Arial" w:eastAsia="Arial" w:hAnsi="Arial"/>
          <w:b/>
          <w:color w:val="EE0000"/>
          <w:sz w:val="32"/>
        </w:rPr>
        <w:t>AGENDA</w:t>
      </w:r>
    </w:p>
    <w:p w14:paraId="20D4292A" w14:textId="15AE4194" w:rsidR="00114496" w:rsidRDefault="00B24161">
      <w:pPr>
        <w:spacing w:after="20"/>
        <w:jc w:val="center"/>
        <w:rPr>
          <w:rFonts w:ascii="Arial" w:eastAsia="Arial" w:hAnsi="Arial"/>
          <w:b/>
          <w:bCs/>
          <w:sz w:val="24"/>
        </w:rPr>
      </w:pPr>
      <w:r w:rsidRPr="00EF3FE6">
        <w:rPr>
          <w:rFonts w:ascii="Arial" w:eastAsia="Arial" w:hAnsi="Arial"/>
          <w:b/>
          <w:bCs/>
          <w:sz w:val="24"/>
        </w:rPr>
        <w:t>OGDEN DUNES TOWN COUNCIL MEETING</w:t>
      </w:r>
    </w:p>
    <w:p w14:paraId="5FF4D20E" w14:textId="660FA2A2" w:rsidR="003F6B64" w:rsidRDefault="003F6B64">
      <w:pPr>
        <w:spacing w:after="20"/>
        <w:jc w:val="center"/>
        <w:rPr>
          <w:rFonts w:ascii="Arial" w:eastAsia="Arial" w:hAnsi="Arial"/>
          <w:b/>
          <w:bCs/>
          <w:sz w:val="24"/>
        </w:rPr>
      </w:pPr>
      <w:r>
        <w:rPr>
          <w:rFonts w:ascii="Arial" w:eastAsia="Arial" w:hAnsi="Arial"/>
          <w:b/>
          <w:bCs/>
          <w:sz w:val="24"/>
        </w:rPr>
        <w:t>Wednesday, June 10,2026 4:00 P.M.</w:t>
      </w:r>
    </w:p>
    <w:p w14:paraId="41F3F0F1" w14:textId="77777777" w:rsidR="003F6B64" w:rsidRDefault="003F6B64">
      <w:pPr>
        <w:spacing w:after="20"/>
        <w:jc w:val="center"/>
        <w:rPr>
          <w:rFonts w:ascii="Arial" w:eastAsia="Arial" w:hAnsi="Arial"/>
          <w:b/>
          <w:bCs/>
          <w:sz w:val="24"/>
        </w:rPr>
      </w:pPr>
      <w:r>
        <w:rPr>
          <w:rFonts w:ascii="Arial" w:eastAsia="Arial" w:hAnsi="Arial"/>
          <w:b/>
          <w:bCs/>
          <w:sz w:val="24"/>
        </w:rPr>
        <w:t>Town Hall Conference Room</w:t>
      </w:r>
    </w:p>
    <w:p w14:paraId="00DF1F7C" w14:textId="248CB4D9" w:rsidR="003F6B64" w:rsidRPr="003F6B64" w:rsidRDefault="003F6B64">
      <w:pPr>
        <w:spacing w:after="20"/>
        <w:jc w:val="center"/>
        <w:rPr>
          <w:b/>
          <w:bCs/>
          <w:vanish/>
        </w:rPr>
      </w:pPr>
      <w:r>
        <w:rPr>
          <w:rFonts w:ascii="Arial" w:eastAsia="Arial" w:hAnsi="Arial"/>
          <w:b/>
          <w:bCs/>
          <w:sz w:val="24"/>
        </w:rPr>
        <w:t>Special Meeting</w:t>
      </w:r>
      <w:r>
        <w:rPr>
          <w:rFonts w:ascii="Arial" w:eastAsia="Arial" w:hAnsi="Arial"/>
          <w:b/>
          <w:bCs/>
          <w:vanish/>
          <w:sz w:val="24"/>
        </w:rPr>
        <w:t>all Hall</w:t>
      </w:r>
    </w:p>
    <w:p w14:paraId="17A1A303" w14:textId="77777777" w:rsidR="00EF3FE6" w:rsidRDefault="00EF3FE6">
      <w:pPr>
        <w:spacing w:after="20"/>
        <w:rPr>
          <w:rFonts w:ascii="Arial" w:eastAsia="Arial" w:hAnsi="Arial"/>
        </w:rPr>
      </w:pPr>
    </w:p>
    <w:p w14:paraId="4393A9D9" w14:textId="0F039617" w:rsidR="00114496" w:rsidRPr="00414965" w:rsidRDefault="00B24161">
      <w:pPr>
        <w:spacing w:after="20"/>
        <w:rPr>
          <w:b/>
          <w:bCs/>
          <w:sz w:val="20"/>
          <w:szCs w:val="20"/>
        </w:rPr>
      </w:pPr>
      <w:r w:rsidRPr="00414965">
        <w:rPr>
          <w:rFonts w:ascii="Arial" w:eastAsia="Arial" w:hAnsi="Arial"/>
          <w:b/>
          <w:bCs/>
          <w:sz w:val="20"/>
          <w:szCs w:val="20"/>
        </w:rPr>
        <w:t>Call to order</w:t>
      </w:r>
    </w:p>
    <w:p w14:paraId="12E7BA15" w14:textId="77777777" w:rsidR="00114496" w:rsidRPr="00414965" w:rsidRDefault="00B24161">
      <w:pPr>
        <w:spacing w:after="20"/>
        <w:rPr>
          <w:b/>
          <w:bCs/>
          <w:sz w:val="20"/>
          <w:szCs w:val="20"/>
        </w:rPr>
      </w:pPr>
      <w:r w:rsidRPr="00414965">
        <w:rPr>
          <w:rFonts w:ascii="Arial" w:eastAsia="Arial" w:hAnsi="Arial"/>
          <w:b/>
          <w:bCs/>
          <w:sz w:val="20"/>
          <w:szCs w:val="20"/>
        </w:rPr>
        <w:t>Pledge of Allegiance</w:t>
      </w:r>
    </w:p>
    <w:p w14:paraId="5EDA7FB5" w14:textId="77777777" w:rsidR="00114496" w:rsidRPr="00414965" w:rsidRDefault="00B24161">
      <w:pPr>
        <w:spacing w:after="20"/>
        <w:rPr>
          <w:b/>
          <w:bCs/>
          <w:sz w:val="20"/>
          <w:szCs w:val="20"/>
        </w:rPr>
      </w:pPr>
      <w:r w:rsidRPr="00414965">
        <w:rPr>
          <w:rFonts w:ascii="Arial" w:eastAsia="Arial" w:hAnsi="Arial"/>
          <w:b/>
          <w:bCs/>
          <w:sz w:val="20"/>
          <w:szCs w:val="20"/>
        </w:rPr>
        <w:t>Roll Call</w:t>
      </w:r>
    </w:p>
    <w:p w14:paraId="7F6238EA" w14:textId="77777777" w:rsidR="00114496" w:rsidRPr="00414965" w:rsidRDefault="00114496">
      <w:pPr>
        <w:spacing w:after="20"/>
        <w:rPr>
          <w:b/>
          <w:bCs/>
          <w:sz w:val="20"/>
          <w:szCs w:val="20"/>
        </w:rPr>
      </w:pPr>
    </w:p>
    <w:p w14:paraId="5EB03469" w14:textId="77777777" w:rsidR="003F6B64" w:rsidRDefault="003F6B64">
      <w:pPr>
        <w:spacing w:after="40"/>
        <w:rPr>
          <w:rFonts w:ascii="Arial" w:eastAsia="Arial" w:hAnsi="Arial"/>
          <w:b/>
          <w:sz w:val="20"/>
          <w:szCs w:val="20"/>
        </w:rPr>
      </w:pPr>
    </w:p>
    <w:p w14:paraId="28D7914A" w14:textId="77777777" w:rsidR="003F6B64" w:rsidRDefault="003F6B64">
      <w:pPr>
        <w:spacing w:after="40"/>
        <w:rPr>
          <w:rFonts w:ascii="Arial" w:eastAsia="Arial" w:hAnsi="Arial"/>
          <w:b/>
          <w:sz w:val="20"/>
          <w:szCs w:val="20"/>
        </w:rPr>
      </w:pPr>
    </w:p>
    <w:p w14:paraId="70ED81FF" w14:textId="36AE6CD5" w:rsidR="003F6B64" w:rsidRDefault="00B24161">
      <w:pPr>
        <w:spacing w:after="40"/>
        <w:rPr>
          <w:rFonts w:ascii="Arial" w:eastAsia="Arial" w:hAnsi="Arial"/>
          <w:b/>
          <w:sz w:val="20"/>
          <w:szCs w:val="20"/>
        </w:rPr>
      </w:pPr>
      <w:r w:rsidRPr="00414965">
        <w:rPr>
          <w:rFonts w:ascii="Arial" w:eastAsia="Arial" w:hAnsi="Arial"/>
          <w:b/>
          <w:sz w:val="20"/>
          <w:szCs w:val="20"/>
        </w:rPr>
        <w:t>OLD BUSINESS</w:t>
      </w:r>
    </w:p>
    <w:p w14:paraId="62A103BA" w14:textId="22558DEC" w:rsidR="003F6B64" w:rsidRDefault="003F6B64" w:rsidP="003F6B64">
      <w:pPr>
        <w:tabs>
          <w:tab w:val="left" w:pos="7251"/>
        </w:tabs>
        <w:spacing w:after="40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ab/>
      </w:r>
    </w:p>
    <w:p w14:paraId="473257EC" w14:textId="77777777" w:rsidR="003F6B64" w:rsidRDefault="003F6B64" w:rsidP="003F6B64">
      <w:pPr>
        <w:tabs>
          <w:tab w:val="left" w:pos="7251"/>
        </w:tabs>
        <w:spacing w:after="40"/>
        <w:rPr>
          <w:rFonts w:ascii="Arial" w:eastAsia="Arial" w:hAnsi="Arial"/>
          <w:b/>
          <w:sz w:val="20"/>
          <w:szCs w:val="20"/>
        </w:rPr>
      </w:pPr>
    </w:p>
    <w:p w14:paraId="4957D49A" w14:textId="0880223E" w:rsidR="003F6B64" w:rsidRDefault="003F6B64" w:rsidP="003F6B64">
      <w:pPr>
        <w:pStyle w:val="ListParagraph"/>
        <w:numPr>
          <w:ilvl w:val="0"/>
          <w:numId w:val="14"/>
        </w:numPr>
        <w:spacing w:after="40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 xml:space="preserve">Recommend Bids to  </w:t>
      </w:r>
      <w:r w:rsidRPr="003F6B64">
        <w:rPr>
          <w:rFonts w:ascii="Arial" w:eastAsia="Arial" w:hAnsi="Arial"/>
          <w:b/>
          <w:sz w:val="20"/>
          <w:szCs w:val="20"/>
        </w:rPr>
        <w:t>Town Council for CCG project,  John Hannon</w:t>
      </w:r>
    </w:p>
    <w:p w14:paraId="7CD1D6CB" w14:textId="2433A268" w:rsidR="003F6B64" w:rsidRDefault="003F6B64" w:rsidP="003F6B64">
      <w:pPr>
        <w:pStyle w:val="ListParagraph"/>
        <w:numPr>
          <w:ilvl w:val="0"/>
          <w:numId w:val="14"/>
        </w:numPr>
        <w:spacing w:after="40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>Council discussion and vote</w:t>
      </w:r>
    </w:p>
    <w:p w14:paraId="59DCF025" w14:textId="44C2B621" w:rsidR="003F6B64" w:rsidRDefault="003F6B64">
      <w:pPr>
        <w:spacing w:after="40"/>
        <w:rPr>
          <w:rFonts w:ascii="Arial" w:eastAsia="Arial" w:hAnsi="Arial"/>
          <w:b/>
          <w:sz w:val="20"/>
          <w:szCs w:val="20"/>
        </w:rPr>
      </w:pPr>
    </w:p>
    <w:p w14:paraId="70F4545F" w14:textId="77777777" w:rsidR="003F6B64" w:rsidRDefault="003F6B64">
      <w:pPr>
        <w:spacing w:after="40"/>
        <w:rPr>
          <w:rFonts w:ascii="Arial" w:eastAsia="Arial" w:hAnsi="Arial"/>
          <w:b/>
          <w:sz w:val="20"/>
          <w:szCs w:val="20"/>
        </w:rPr>
      </w:pPr>
    </w:p>
    <w:p w14:paraId="467E7854" w14:textId="77777777" w:rsidR="00414965" w:rsidRPr="00414965" w:rsidRDefault="00414965" w:rsidP="006758B1">
      <w:pPr>
        <w:spacing w:after="0"/>
        <w:rPr>
          <w:sz w:val="20"/>
          <w:szCs w:val="20"/>
        </w:rPr>
      </w:pPr>
    </w:p>
    <w:p w14:paraId="587BD8AC" w14:textId="77777777" w:rsidR="00414965" w:rsidRDefault="00414965" w:rsidP="006758B1">
      <w:pPr>
        <w:spacing w:after="0"/>
        <w:rPr>
          <w:rFonts w:ascii="Arial" w:eastAsia="Arial" w:hAnsi="Arial"/>
          <w:b/>
          <w:sz w:val="20"/>
          <w:szCs w:val="20"/>
        </w:rPr>
      </w:pPr>
    </w:p>
    <w:p w14:paraId="2B79484C" w14:textId="31B71A61" w:rsidR="00114496" w:rsidRDefault="00B24161">
      <w:pPr>
        <w:spacing w:after="40"/>
        <w:rPr>
          <w:rFonts w:ascii="Arial" w:eastAsia="Arial" w:hAnsi="Arial"/>
          <w:b/>
          <w:sz w:val="20"/>
          <w:szCs w:val="20"/>
        </w:rPr>
      </w:pPr>
      <w:r w:rsidRPr="00414965">
        <w:rPr>
          <w:rFonts w:ascii="Arial" w:eastAsia="Arial" w:hAnsi="Arial"/>
          <w:b/>
          <w:sz w:val="20"/>
          <w:szCs w:val="20"/>
        </w:rPr>
        <w:t>NEW BUSINESS</w:t>
      </w:r>
    </w:p>
    <w:p w14:paraId="7AD0B1BC" w14:textId="77777777" w:rsidR="00414965" w:rsidRPr="00414965" w:rsidRDefault="00414965" w:rsidP="006758B1">
      <w:pPr>
        <w:spacing w:after="0"/>
        <w:rPr>
          <w:sz w:val="20"/>
          <w:szCs w:val="20"/>
        </w:rPr>
      </w:pPr>
    </w:p>
    <w:p w14:paraId="00AD1997" w14:textId="26F91837" w:rsidR="00114496" w:rsidRPr="00414965" w:rsidRDefault="00114496" w:rsidP="00414965">
      <w:pPr>
        <w:spacing w:after="20"/>
        <w:rPr>
          <w:sz w:val="20"/>
          <w:szCs w:val="20"/>
        </w:rPr>
      </w:pPr>
    </w:p>
    <w:p w14:paraId="2A1814F1" w14:textId="77777777" w:rsidR="00414965" w:rsidRDefault="00414965">
      <w:pPr>
        <w:spacing w:after="20"/>
        <w:rPr>
          <w:rFonts w:ascii="Arial" w:eastAsia="Arial" w:hAnsi="Arial"/>
          <w:b/>
          <w:bCs/>
          <w:sz w:val="20"/>
          <w:szCs w:val="20"/>
        </w:rPr>
      </w:pPr>
    </w:p>
    <w:p w14:paraId="6B7EEF06" w14:textId="77777777" w:rsidR="00414965" w:rsidRDefault="00414965">
      <w:pPr>
        <w:spacing w:after="20"/>
        <w:rPr>
          <w:rFonts w:ascii="Arial" w:eastAsia="Arial" w:hAnsi="Arial"/>
          <w:b/>
          <w:bCs/>
          <w:sz w:val="20"/>
          <w:szCs w:val="20"/>
        </w:rPr>
      </w:pPr>
    </w:p>
    <w:p w14:paraId="146F163F" w14:textId="329233FB" w:rsidR="00114496" w:rsidRPr="00414965" w:rsidRDefault="00B24161" w:rsidP="00414965">
      <w:pPr>
        <w:spacing w:after="20"/>
        <w:ind w:firstLine="720"/>
        <w:rPr>
          <w:b/>
          <w:bCs/>
          <w:sz w:val="20"/>
          <w:szCs w:val="20"/>
        </w:rPr>
      </w:pPr>
      <w:r w:rsidRPr="00414965">
        <w:rPr>
          <w:rFonts w:ascii="Arial" w:eastAsia="Arial" w:hAnsi="Arial"/>
          <w:b/>
          <w:bCs/>
          <w:sz w:val="20"/>
          <w:szCs w:val="20"/>
        </w:rPr>
        <w:t>RESIDENT REMARKS</w:t>
      </w:r>
      <w:r w:rsidR="00414965">
        <w:rPr>
          <w:rFonts w:ascii="Arial" w:eastAsia="Arial" w:hAnsi="Arial"/>
          <w:b/>
          <w:bCs/>
          <w:sz w:val="20"/>
          <w:szCs w:val="20"/>
        </w:rPr>
        <w:tab/>
      </w:r>
      <w:r w:rsidR="006758B1">
        <w:rPr>
          <w:rFonts w:ascii="Arial" w:eastAsia="Arial" w:hAnsi="Arial"/>
          <w:b/>
          <w:bCs/>
          <w:sz w:val="20"/>
          <w:szCs w:val="20"/>
        </w:rPr>
        <w:tab/>
      </w:r>
      <w:r w:rsidRPr="00414965">
        <w:rPr>
          <w:rFonts w:ascii="Arial" w:eastAsia="Arial" w:hAnsi="Arial"/>
          <w:b/>
          <w:bCs/>
          <w:sz w:val="20"/>
          <w:szCs w:val="20"/>
        </w:rPr>
        <w:t>COUNCIL MEMBERS REMARKS</w:t>
      </w:r>
      <w:r w:rsidR="00414965">
        <w:rPr>
          <w:rFonts w:ascii="Arial" w:eastAsia="Arial" w:hAnsi="Arial"/>
          <w:b/>
          <w:bCs/>
          <w:sz w:val="20"/>
          <w:szCs w:val="20"/>
        </w:rPr>
        <w:tab/>
      </w:r>
      <w:r w:rsidRPr="00414965">
        <w:rPr>
          <w:rFonts w:ascii="Arial" w:eastAsia="Arial" w:hAnsi="Arial"/>
          <w:b/>
          <w:bCs/>
          <w:sz w:val="20"/>
          <w:szCs w:val="20"/>
        </w:rPr>
        <w:t>MOTION TO ADJOURN</w:t>
      </w:r>
    </w:p>
    <w:sectPr w:rsidR="00114496" w:rsidRPr="00414965" w:rsidSect="006758B1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6A0ED9"/>
    <w:multiLevelType w:val="hybridMultilevel"/>
    <w:tmpl w:val="97D2D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31CF9"/>
    <w:multiLevelType w:val="hybridMultilevel"/>
    <w:tmpl w:val="7BACF0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510D27"/>
    <w:multiLevelType w:val="hybridMultilevel"/>
    <w:tmpl w:val="6376FAC6"/>
    <w:lvl w:ilvl="0" w:tplc="E116AA14">
      <w:numFmt w:val="bullet"/>
      <w:lvlText w:val="-"/>
      <w:lvlJc w:val="left"/>
      <w:pPr>
        <w:ind w:left="525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65FA6ED0"/>
    <w:multiLevelType w:val="hybridMultilevel"/>
    <w:tmpl w:val="DE4C8B2E"/>
    <w:lvl w:ilvl="0" w:tplc="38EE57AC">
      <w:numFmt w:val="bullet"/>
      <w:lvlText w:val="-"/>
      <w:lvlJc w:val="left"/>
      <w:pPr>
        <w:ind w:left="525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3" w15:restartNumberingAfterBreak="0">
    <w:nsid w:val="7DE05DC5"/>
    <w:multiLevelType w:val="hybridMultilevel"/>
    <w:tmpl w:val="413ACD78"/>
    <w:lvl w:ilvl="0" w:tplc="04090003">
      <w:start w:val="1"/>
      <w:numFmt w:val="bullet"/>
      <w:lvlText w:val="o"/>
      <w:lvlJc w:val="left"/>
      <w:pPr>
        <w:ind w:left="8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num w:numId="1" w16cid:durableId="281232848">
    <w:abstractNumId w:val="8"/>
  </w:num>
  <w:num w:numId="2" w16cid:durableId="839931828">
    <w:abstractNumId w:val="6"/>
  </w:num>
  <w:num w:numId="3" w16cid:durableId="917714030">
    <w:abstractNumId w:val="5"/>
  </w:num>
  <w:num w:numId="4" w16cid:durableId="1412316364">
    <w:abstractNumId w:val="4"/>
  </w:num>
  <w:num w:numId="5" w16cid:durableId="1246107407">
    <w:abstractNumId w:val="7"/>
  </w:num>
  <w:num w:numId="6" w16cid:durableId="177424898">
    <w:abstractNumId w:val="3"/>
  </w:num>
  <w:num w:numId="7" w16cid:durableId="1766657604">
    <w:abstractNumId w:val="2"/>
  </w:num>
  <w:num w:numId="8" w16cid:durableId="1190677804">
    <w:abstractNumId w:val="1"/>
  </w:num>
  <w:num w:numId="9" w16cid:durableId="938872781">
    <w:abstractNumId w:val="0"/>
  </w:num>
  <w:num w:numId="10" w16cid:durableId="159932867">
    <w:abstractNumId w:val="10"/>
  </w:num>
  <w:num w:numId="11" w16cid:durableId="1979915351">
    <w:abstractNumId w:val="11"/>
  </w:num>
  <w:num w:numId="12" w16cid:durableId="875388048">
    <w:abstractNumId w:val="13"/>
  </w:num>
  <w:num w:numId="13" w16cid:durableId="1752385441">
    <w:abstractNumId w:val="12"/>
  </w:num>
  <w:num w:numId="14" w16cid:durableId="10119497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18A"/>
    <w:rsid w:val="00114496"/>
    <w:rsid w:val="0015074B"/>
    <w:rsid w:val="001740D0"/>
    <w:rsid w:val="001D3E05"/>
    <w:rsid w:val="00292AAC"/>
    <w:rsid w:val="0029639D"/>
    <w:rsid w:val="00326F90"/>
    <w:rsid w:val="00351454"/>
    <w:rsid w:val="003F6B64"/>
    <w:rsid w:val="00414965"/>
    <w:rsid w:val="00461FDA"/>
    <w:rsid w:val="00645754"/>
    <w:rsid w:val="006758B1"/>
    <w:rsid w:val="00684989"/>
    <w:rsid w:val="00AA1D8D"/>
    <w:rsid w:val="00B24161"/>
    <w:rsid w:val="00B47730"/>
    <w:rsid w:val="00B872C4"/>
    <w:rsid w:val="00CB0664"/>
    <w:rsid w:val="00EF3FE6"/>
    <w:rsid w:val="00F25F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8DC5BE"/>
  <w14:defaultImageDpi w14:val="300"/>
  <w15:docId w15:val="{0F8CF74D-7129-483B-9015-87E134FA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93D405-07EA-4F7D-BF68-392044C1C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Jim Slawinski</cp:lastModifiedBy>
  <cp:revision>2</cp:revision>
  <dcterms:created xsi:type="dcterms:W3CDTF">2026-09-18T22:28:00Z</dcterms:created>
  <dcterms:modified xsi:type="dcterms:W3CDTF">2026-09-18T22:28:00Z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-175809640</vt:i4>
  </property>
</Properties>
</file>